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711" w:rsidRDefault="00736093">
      <w:pPr>
        <w:jc w:val="center"/>
      </w:pPr>
      <w:r>
        <w:rPr>
          <w:b/>
          <w:sz w:val="28"/>
        </w:rPr>
        <w:t>MANİSA İLAHİYAT MEZUN VE MENSUPLARI DERNEĞİ (MİMDER)</w:t>
      </w:r>
      <w:r>
        <w:rPr>
          <w:b/>
          <w:sz w:val="28"/>
        </w:rPr>
        <w:br/>
      </w:r>
      <w:r>
        <w:rPr>
          <w:b/>
          <w:sz w:val="24"/>
        </w:rPr>
        <w:t>2026 – 2027 EĞİTİM-ÖĞRETİM YILI BURS BAŞVURU FORMU</w:t>
      </w:r>
      <w:r>
        <w:rPr>
          <w:b/>
          <w:sz w:val="24"/>
        </w:rPr>
        <w:br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576"/>
      </w:tblGrid>
      <w:tr w:rsidR="00391B47" w:rsidRPr="00391B47" w:rsidTr="004F35C7">
        <w:trPr>
          <w:trHeight w:val="2907"/>
        </w:trPr>
        <w:tc>
          <w:tcPr>
            <w:tcW w:w="9576" w:type="dxa"/>
          </w:tcPr>
          <w:p w:rsidR="00391B47" w:rsidRPr="00391B47" w:rsidRDefault="00391B47" w:rsidP="00196B7A">
            <w:pPr>
              <w:spacing w:before="240" w:after="120"/>
            </w:pPr>
            <w:r w:rsidRPr="00391B47">
              <w:rPr>
                <w:b/>
              </w:rPr>
              <w:t>I. KİŞİSEL BİLGİLER</w:t>
            </w:r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T.C. </w:t>
            </w:r>
            <w:proofErr w:type="spellStart"/>
            <w:r w:rsidRPr="00391B47">
              <w:rPr>
                <w:b/>
              </w:rPr>
              <w:t>Kimlik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Numarası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______________________________</w:t>
            </w:r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Adı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Soyadı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_____________________________________________</w:t>
            </w:r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Doğum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Tarihi</w:t>
            </w:r>
            <w:proofErr w:type="spellEnd"/>
            <w:r w:rsidRPr="00391B47">
              <w:rPr>
                <w:b/>
              </w:rPr>
              <w:t xml:space="preserve"> / </w:t>
            </w:r>
            <w:proofErr w:type="spellStart"/>
            <w:r w:rsidRPr="00391B47">
              <w:rPr>
                <w:b/>
              </w:rPr>
              <w:t>Yeri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________________________________________</w:t>
            </w:r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Telefon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Numarası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___________________________________</w:t>
            </w:r>
          </w:p>
          <w:p w:rsidR="00736093" w:rsidRDefault="00391B47" w:rsidP="00736093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İkametgâh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Adresi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____________________________________________________________</w:t>
            </w:r>
          </w:p>
          <w:p w:rsidR="00391B47" w:rsidRPr="00391B47" w:rsidRDefault="00391B47" w:rsidP="00391B47">
            <w:pPr>
              <w:spacing w:after="80"/>
            </w:pPr>
            <w:r w:rsidRPr="00391B47">
              <w:rPr>
                <w:b/>
              </w:rPr>
              <w:t xml:space="preserve">Banka </w:t>
            </w:r>
            <w:proofErr w:type="spellStart"/>
            <w:r w:rsidRPr="00391B47">
              <w:rPr>
                <w:b/>
              </w:rPr>
              <w:t>Adı</w:t>
            </w:r>
            <w:proofErr w:type="spellEnd"/>
            <w:r w:rsidRPr="00391B47">
              <w:rPr>
                <w:b/>
              </w:rPr>
              <w:t>:</w:t>
            </w:r>
          </w:p>
          <w:p w:rsid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IBAN </w:t>
            </w:r>
            <w:proofErr w:type="spellStart"/>
            <w:r w:rsidRPr="00391B47">
              <w:rPr>
                <w:b/>
              </w:rPr>
              <w:t>Numarası</w:t>
            </w:r>
            <w:proofErr w:type="spellEnd"/>
            <w:r w:rsidRPr="00391B47">
              <w:rPr>
                <w:b/>
              </w:rPr>
              <w:t xml:space="preserve"> (</w:t>
            </w:r>
            <w:proofErr w:type="spellStart"/>
            <w:r w:rsidRPr="00391B47">
              <w:rPr>
                <w:b/>
              </w:rPr>
              <w:t>Öğrenciye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Ait</w:t>
            </w:r>
            <w:proofErr w:type="spellEnd"/>
            <w:r w:rsidRPr="00391B47">
              <w:rPr>
                <w:b/>
              </w:rPr>
              <w:t xml:space="preserve">): TR </w:t>
            </w:r>
            <w:r w:rsidRPr="00391B47">
              <w:t>__________________________________________________</w:t>
            </w:r>
          </w:p>
          <w:p w:rsidR="00736093" w:rsidRPr="00736093" w:rsidRDefault="00736093" w:rsidP="00736093">
            <w:pPr>
              <w:spacing w:after="80"/>
              <w:rPr>
                <w:b/>
                <w:bCs/>
              </w:rPr>
            </w:pPr>
            <w:proofErr w:type="spellStart"/>
            <w:r w:rsidRPr="00736093">
              <w:rPr>
                <w:b/>
                <w:bCs/>
              </w:rPr>
              <w:t>Sigara</w:t>
            </w:r>
            <w:proofErr w:type="spellEnd"/>
            <w:r w:rsidRPr="00736093">
              <w:rPr>
                <w:b/>
                <w:bCs/>
              </w:rPr>
              <w:t xml:space="preserve"> </w:t>
            </w:r>
            <w:proofErr w:type="spellStart"/>
            <w:r w:rsidRPr="00736093">
              <w:rPr>
                <w:b/>
                <w:bCs/>
              </w:rPr>
              <w:t>içiyor</w:t>
            </w:r>
            <w:proofErr w:type="spellEnd"/>
            <w:r w:rsidRPr="00736093">
              <w:rPr>
                <w:b/>
                <w:bCs/>
              </w:rPr>
              <w:t xml:space="preserve"> </w:t>
            </w:r>
            <w:proofErr w:type="spellStart"/>
            <w:r w:rsidRPr="00736093">
              <w:rPr>
                <w:b/>
                <w:bCs/>
              </w:rPr>
              <w:t>musunuz</w:t>
            </w:r>
            <w:proofErr w:type="spellEnd"/>
            <w:r>
              <w:rPr>
                <w:b/>
                <w:bCs/>
              </w:rPr>
              <w:t xml:space="preserve">? </w:t>
            </w:r>
            <w:bookmarkStart w:id="0" w:name="_GoBack"/>
            <w:bookmarkEnd w:id="0"/>
            <w:r w:rsidRPr="00736093">
              <w:rPr>
                <w:b/>
                <w:bCs/>
              </w:rPr>
              <w:t xml:space="preserve">(  ) </w:t>
            </w:r>
            <w:proofErr w:type="spellStart"/>
            <w:r w:rsidRPr="00736093">
              <w:rPr>
                <w:b/>
                <w:bCs/>
              </w:rPr>
              <w:t>Hayır</w:t>
            </w:r>
            <w:proofErr w:type="spellEnd"/>
            <w:r w:rsidRPr="00736093">
              <w:rPr>
                <w:b/>
                <w:bCs/>
              </w:rPr>
              <w:t xml:space="preserve">    (  ) Evet</w:t>
            </w:r>
          </w:p>
        </w:tc>
      </w:tr>
      <w:tr w:rsidR="00391B47" w:rsidRPr="00391B47" w:rsidTr="008B5137">
        <w:trPr>
          <w:trHeight w:val="2058"/>
        </w:trPr>
        <w:tc>
          <w:tcPr>
            <w:tcW w:w="9576" w:type="dxa"/>
          </w:tcPr>
          <w:p w:rsidR="00391B47" w:rsidRPr="00391B47" w:rsidRDefault="00391B47" w:rsidP="00196B7A">
            <w:pPr>
              <w:spacing w:before="240" w:after="120"/>
            </w:pPr>
            <w:r w:rsidRPr="00391B47">
              <w:rPr>
                <w:b/>
              </w:rPr>
              <w:t>II. EĞİTİM BİLGİLERİ (Manisa Celal Bayar Üniversitesi İlahiyat Fakültesi)</w:t>
            </w:r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Öğrenci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Numarası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______________________________</w:t>
            </w:r>
          </w:p>
          <w:p w:rsidR="00391B47" w:rsidRPr="00391B47" w:rsidRDefault="00391B47" w:rsidP="00196B7A"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Sınıfı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 xml:space="preserve">(  ) </w:t>
            </w:r>
            <w:proofErr w:type="spellStart"/>
            <w:r w:rsidRPr="00391B47">
              <w:t>Hazırlık</w:t>
            </w:r>
            <w:proofErr w:type="spellEnd"/>
            <w:r w:rsidRPr="00391B47">
              <w:t xml:space="preserve">    (  ) 1. </w:t>
            </w:r>
            <w:proofErr w:type="spellStart"/>
            <w:r w:rsidRPr="00391B47">
              <w:t>Sınıf</w:t>
            </w:r>
            <w:proofErr w:type="spellEnd"/>
            <w:r w:rsidRPr="00391B47">
              <w:t xml:space="preserve">    (  ) 2. </w:t>
            </w:r>
            <w:proofErr w:type="spellStart"/>
            <w:r w:rsidRPr="00391B47">
              <w:t>Sınıf</w:t>
            </w:r>
            <w:proofErr w:type="spellEnd"/>
            <w:r w:rsidRPr="00391B47">
              <w:t xml:space="preserve">    (  ) 3. </w:t>
            </w:r>
            <w:proofErr w:type="spellStart"/>
            <w:r w:rsidRPr="00391B47">
              <w:t>Sınıf</w:t>
            </w:r>
            <w:proofErr w:type="spellEnd"/>
            <w:r w:rsidRPr="00391B47">
              <w:t xml:space="preserve">    (  ) 4. </w:t>
            </w:r>
            <w:proofErr w:type="spellStart"/>
            <w:r w:rsidRPr="00391B47">
              <w:t>Sınıf</w:t>
            </w:r>
            <w:proofErr w:type="spellEnd"/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YKS </w:t>
            </w:r>
            <w:proofErr w:type="spellStart"/>
            <w:r w:rsidRPr="00391B47">
              <w:rPr>
                <w:b/>
              </w:rPr>
              <w:t>Başarı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Sıralaması</w:t>
            </w:r>
            <w:proofErr w:type="spellEnd"/>
            <w:r w:rsidRPr="00391B47">
              <w:rPr>
                <w:b/>
              </w:rPr>
              <w:t xml:space="preserve"> (</w:t>
            </w:r>
            <w:proofErr w:type="spellStart"/>
            <w:r w:rsidRPr="00391B47">
              <w:rPr>
                <w:b/>
              </w:rPr>
              <w:t>Sadece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Hazırlık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ve</w:t>
            </w:r>
            <w:proofErr w:type="spellEnd"/>
            <w:r w:rsidRPr="00391B47">
              <w:rPr>
                <w:b/>
              </w:rPr>
              <w:t xml:space="preserve"> 1. </w:t>
            </w:r>
            <w:proofErr w:type="spellStart"/>
            <w:r w:rsidRPr="00391B47">
              <w:rPr>
                <w:b/>
              </w:rPr>
              <w:t>Sınıflar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İçin</w:t>
            </w:r>
            <w:proofErr w:type="spellEnd"/>
            <w:r w:rsidRPr="00391B47">
              <w:rPr>
                <w:b/>
              </w:rPr>
              <w:t xml:space="preserve">): </w:t>
            </w:r>
            <w:r w:rsidRPr="00391B47">
              <w:t>_________________________</w:t>
            </w:r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Genel</w:t>
            </w:r>
            <w:proofErr w:type="spellEnd"/>
            <w:r w:rsidRPr="00391B47">
              <w:rPr>
                <w:b/>
              </w:rPr>
              <w:t xml:space="preserve"> Not </w:t>
            </w:r>
            <w:proofErr w:type="spellStart"/>
            <w:r w:rsidRPr="00391B47">
              <w:rPr>
                <w:b/>
              </w:rPr>
              <w:t>Ortalaması</w:t>
            </w:r>
            <w:proofErr w:type="spellEnd"/>
            <w:r w:rsidRPr="00391B47">
              <w:rPr>
                <w:b/>
              </w:rPr>
              <w:t xml:space="preserve"> (AGNO / GANO): </w:t>
            </w:r>
            <w:r w:rsidRPr="00391B47">
              <w:t>____________________</w:t>
            </w:r>
          </w:p>
        </w:tc>
      </w:tr>
      <w:tr w:rsidR="00391B47" w:rsidRPr="00391B47" w:rsidTr="00AA4601">
        <w:trPr>
          <w:trHeight w:val="3742"/>
        </w:trPr>
        <w:tc>
          <w:tcPr>
            <w:tcW w:w="9576" w:type="dxa"/>
          </w:tcPr>
          <w:p w:rsidR="00391B47" w:rsidRPr="00391B47" w:rsidRDefault="00391B47" w:rsidP="00196B7A">
            <w:pPr>
              <w:spacing w:before="240" w:after="120"/>
            </w:pPr>
            <w:r w:rsidRPr="00391B47">
              <w:rPr>
                <w:b/>
              </w:rPr>
              <w:t>III. AİLE VE MADDİ DURUM BİLGİLERİ</w:t>
            </w:r>
          </w:p>
          <w:p w:rsidR="00391B47" w:rsidRPr="00391B47" w:rsidRDefault="00391B47" w:rsidP="00196B7A"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Babanın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Durumu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 xml:space="preserve">(  ) Sağ - Çalışıyor    (  ) Sağ - Çalışmıyor    (  ) Emekli    (  ) </w:t>
            </w:r>
            <w:proofErr w:type="spellStart"/>
            <w:r w:rsidRPr="00391B47">
              <w:t>Vefat</w:t>
            </w:r>
            <w:proofErr w:type="spellEnd"/>
            <w:r w:rsidRPr="00391B47">
              <w:t xml:space="preserve"> </w:t>
            </w:r>
            <w:proofErr w:type="spellStart"/>
            <w:r w:rsidRPr="00391B47">
              <w:t>Etmiş</w:t>
            </w:r>
            <w:proofErr w:type="spellEnd"/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Babanın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Mesleği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ve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Aylık</w:t>
            </w:r>
            <w:proofErr w:type="spellEnd"/>
            <w:r w:rsidRPr="00391B47">
              <w:rPr>
                <w:b/>
              </w:rPr>
              <w:t xml:space="preserve"> Net </w:t>
            </w:r>
            <w:proofErr w:type="spellStart"/>
            <w:r w:rsidRPr="00391B47">
              <w:rPr>
                <w:b/>
              </w:rPr>
              <w:t>Geliri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________________________________________</w:t>
            </w:r>
          </w:p>
          <w:p w:rsidR="00391B47" w:rsidRPr="00391B47" w:rsidRDefault="00391B47" w:rsidP="00196B7A"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Annenin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Durumu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 xml:space="preserve">(  ) </w:t>
            </w:r>
            <w:proofErr w:type="spellStart"/>
            <w:r w:rsidRPr="00391B47">
              <w:t>Sağ</w:t>
            </w:r>
            <w:proofErr w:type="spellEnd"/>
            <w:r w:rsidRPr="00391B47">
              <w:t xml:space="preserve"> - </w:t>
            </w:r>
            <w:proofErr w:type="spellStart"/>
            <w:r w:rsidRPr="00391B47">
              <w:t>Çalışıyor</w:t>
            </w:r>
            <w:proofErr w:type="spellEnd"/>
            <w:r w:rsidRPr="00391B47">
              <w:t xml:space="preserve">    (  ) </w:t>
            </w:r>
            <w:proofErr w:type="spellStart"/>
            <w:r w:rsidRPr="00391B47">
              <w:t>Sağ</w:t>
            </w:r>
            <w:proofErr w:type="spellEnd"/>
            <w:r w:rsidRPr="00391B47">
              <w:t xml:space="preserve"> - </w:t>
            </w:r>
            <w:proofErr w:type="spellStart"/>
            <w:r w:rsidRPr="00391B47">
              <w:t>Çalışmıyor</w:t>
            </w:r>
            <w:proofErr w:type="spellEnd"/>
            <w:r w:rsidRPr="00391B47">
              <w:t xml:space="preserve">    (  ) </w:t>
            </w:r>
            <w:proofErr w:type="spellStart"/>
            <w:r w:rsidRPr="00391B47">
              <w:t>Emekli</w:t>
            </w:r>
            <w:proofErr w:type="spellEnd"/>
            <w:r w:rsidRPr="00391B47">
              <w:t xml:space="preserve">    (  ) </w:t>
            </w:r>
            <w:proofErr w:type="spellStart"/>
            <w:r w:rsidRPr="00391B47">
              <w:t>Vefat</w:t>
            </w:r>
            <w:proofErr w:type="spellEnd"/>
            <w:r w:rsidRPr="00391B47">
              <w:t xml:space="preserve"> </w:t>
            </w:r>
            <w:proofErr w:type="spellStart"/>
            <w:r w:rsidRPr="00391B47">
              <w:t>Etmiş</w:t>
            </w:r>
            <w:proofErr w:type="spellEnd"/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Annenin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Mesleği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ve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Aylık</w:t>
            </w:r>
            <w:proofErr w:type="spellEnd"/>
            <w:r w:rsidRPr="00391B47">
              <w:rPr>
                <w:b/>
              </w:rPr>
              <w:t xml:space="preserve"> Net </w:t>
            </w:r>
            <w:proofErr w:type="spellStart"/>
            <w:r w:rsidRPr="00391B47">
              <w:rPr>
                <w:b/>
              </w:rPr>
              <w:t>Geliri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________________________________________</w:t>
            </w:r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Ailenin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Toplam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Aylık</w:t>
            </w:r>
            <w:proofErr w:type="spellEnd"/>
            <w:r w:rsidRPr="00391B47">
              <w:rPr>
                <w:b/>
              </w:rPr>
              <w:t xml:space="preserve"> Net </w:t>
            </w:r>
            <w:proofErr w:type="spellStart"/>
            <w:r w:rsidRPr="00391B47">
              <w:rPr>
                <w:b/>
              </w:rPr>
              <w:t>Geliri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______________________________</w:t>
            </w:r>
          </w:p>
          <w:p w:rsidR="00391B47" w:rsidRPr="00391B47" w:rsidRDefault="00391B47" w:rsidP="00196B7A"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Ailenin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İkamet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Ettiği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Evin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Durumu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 xml:space="preserve">(  ) </w:t>
            </w:r>
            <w:proofErr w:type="spellStart"/>
            <w:r w:rsidRPr="00391B47">
              <w:t>Mülk</w:t>
            </w:r>
            <w:proofErr w:type="spellEnd"/>
            <w:r w:rsidRPr="00391B47">
              <w:t xml:space="preserve">    (  ) Kira (</w:t>
            </w:r>
            <w:proofErr w:type="spellStart"/>
            <w:r w:rsidRPr="00391B47">
              <w:t>Aylık</w:t>
            </w:r>
            <w:proofErr w:type="spellEnd"/>
            <w:r w:rsidRPr="00391B47">
              <w:t xml:space="preserve"> Kira </w:t>
            </w:r>
            <w:proofErr w:type="spellStart"/>
            <w:r w:rsidRPr="00391B47">
              <w:t>Bedeli</w:t>
            </w:r>
            <w:proofErr w:type="spellEnd"/>
            <w:r w:rsidRPr="00391B47">
              <w:t>: ___________ TL)</w:t>
            </w:r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Ailedeki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Toplam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Kardeş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Sayısı</w:t>
            </w:r>
            <w:proofErr w:type="spellEnd"/>
            <w:r w:rsidRPr="00391B47">
              <w:rPr>
                <w:b/>
              </w:rPr>
              <w:t xml:space="preserve"> (</w:t>
            </w:r>
            <w:proofErr w:type="spellStart"/>
            <w:r w:rsidRPr="00391B47">
              <w:rPr>
                <w:b/>
              </w:rPr>
              <w:t>Siz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Dahil</w:t>
            </w:r>
            <w:proofErr w:type="spellEnd"/>
            <w:r w:rsidRPr="00391B47">
              <w:rPr>
                <w:b/>
              </w:rPr>
              <w:t xml:space="preserve">): </w:t>
            </w:r>
            <w:r w:rsidRPr="00391B47">
              <w:t>_______________</w:t>
            </w:r>
          </w:p>
          <w:p w:rsidR="00391B47" w:rsidRPr="00391B47" w:rsidRDefault="00391B47" w:rsidP="00196B7A">
            <w:pPr>
              <w:spacing w:after="80"/>
            </w:pPr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Ailede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Eğitimine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Devam</w:t>
            </w:r>
            <w:proofErr w:type="spellEnd"/>
            <w:r w:rsidRPr="00391B47">
              <w:rPr>
                <w:b/>
              </w:rPr>
              <w:t xml:space="preserve"> Eden </w:t>
            </w:r>
            <w:proofErr w:type="spellStart"/>
            <w:r w:rsidRPr="00391B47">
              <w:rPr>
                <w:b/>
              </w:rPr>
              <w:t>Kardeş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Sayısı</w:t>
            </w:r>
            <w:proofErr w:type="spellEnd"/>
            <w:r w:rsidRPr="00391B47">
              <w:rPr>
                <w:b/>
              </w:rPr>
              <w:t xml:space="preserve">: </w:t>
            </w:r>
            <w:r w:rsidRPr="00391B47">
              <w:t>_______________</w:t>
            </w:r>
          </w:p>
          <w:p w:rsidR="00391B47" w:rsidRPr="00391B47" w:rsidRDefault="00391B47" w:rsidP="00196B7A">
            <w:r w:rsidRPr="00391B47">
              <w:rPr>
                <w:b/>
              </w:rPr>
              <w:t xml:space="preserve">• </w:t>
            </w:r>
            <w:proofErr w:type="spellStart"/>
            <w:r w:rsidRPr="00391B47">
              <w:rPr>
                <w:b/>
              </w:rPr>
              <w:t>Başka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Bir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Kurumdan</w:t>
            </w:r>
            <w:proofErr w:type="spellEnd"/>
            <w:r w:rsidRPr="00391B47">
              <w:rPr>
                <w:b/>
              </w:rPr>
              <w:t xml:space="preserve"> Burs </w:t>
            </w:r>
            <w:proofErr w:type="spellStart"/>
            <w:r w:rsidRPr="00391B47">
              <w:rPr>
                <w:b/>
              </w:rPr>
              <w:t>Alıyor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musunuz</w:t>
            </w:r>
            <w:proofErr w:type="spellEnd"/>
            <w:r w:rsidRPr="00391B47">
              <w:rPr>
                <w:b/>
              </w:rPr>
              <w:t xml:space="preserve">?: </w:t>
            </w:r>
            <w:r w:rsidRPr="00391B47">
              <w:t xml:space="preserve">(  ) </w:t>
            </w:r>
            <w:proofErr w:type="spellStart"/>
            <w:r w:rsidRPr="00391B47">
              <w:t>Hayır</w:t>
            </w:r>
            <w:proofErr w:type="spellEnd"/>
            <w:r w:rsidRPr="00391B47">
              <w:t xml:space="preserve">    (  ) Evet (</w:t>
            </w:r>
            <w:proofErr w:type="spellStart"/>
            <w:r w:rsidRPr="00391B47">
              <w:t>Kurum</w:t>
            </w:r>
            <w:proofErr w:type="spellEnd"/>
            <w:r w:rsidRPr="00391B47">
              <w:t xml:space="preserve"> </w:t>
            </w:r>
            <w:proofErr w:type="spellStart"/>
            <w:r w:rsidRPr="00391B47">
              <w:t>Adı</w:t>
            </w:r>
            <w:proofErr w:type="spellEnd"/>
            <w:r w:rsidRPr="00391B47">
              <w:t xml:space="preserve"> </w:t>
            </w:r>
            <w:proofErr w:type="spellStart"/>
            <w:r w:rsidRPr="00391B47">
              <w:t>ve</w:t>
            </w:r>
            <w:proofErr w:type="spellEnd"/>
            <w:r w:rsidRPr="00391B47">
              <w:t xml:space="preserve"> </w:t>
            </w:r>
            <w:proofErr w:type="spellStart"/>
            <w:r w:rsidRPr="00391B47">
              <w:t>Miktarı</w:t>
            </w:r>
            <w:proofErr w:type="spellEnd"/>
            <w:r w:rsidRPr="00391B47">
              <w:t>: _________________________)</w:t>
            </w:r>
          </w:p>
        </w:tc>
      </w:tr>
      <w:tr w:rsidR="00391B47" w:rsidRPr="00391B47" w:rsidTr="00736093">
        <w:trPr>
          <w:trHeight w:val="2967"/>
        </w:trPr>
        <w:tc>
          <w:tcPr>
            <w:tcW w:w="9576" w:type="dxa"/>
          </w:tcPr>
          <w:p w:rsidR="00391B47" w:rsidRPr="00391B47" w:rsidRDefault="00391B47" w:rsidP="00196B7A">
            <w:pPr>
              <w:spacing w:before="240" w:after="120"/>
            </w:pPr>
            <w:r w:rsidRPr="00391B47">
              <w:rPr>
                <w:b/>
              </w:rPr>
              <w:t>VI. BEYAN VE İMZA</w:t>
            </w:r>
          </w:p>
          <w:p w:rsidR="00391B47" w:rsidRPr="00391B47" w:rsidRDefault="00391B47" w:rsidP="00391B47">
            <w:pPr>
              <w:jc w:val="both"/>
            </w:pPr>
            <w:r w:rsidRPr="00391B47">
              <w:t xml:space="preserve">MİMDER Burs </w:t>
            </w:r>
            <w:proofErr w:type="spellStart"/>
            <w:r w:rsidRPr="00391B47">
              <w:t>Komisyonuna</w:t>
            </w:r>
            <w:proofErr w:type="spellEnd"/>
            <w:r w:rsidRPr="00391B47">
              <w:t xml:space="preserve"> </w:t>
            </w:r>
            <w:proofErr w:type="spellStart"/>
            <w:r w:rsidRPr="00391B47">
              <w:t>sunduğum</w:t>
            </w:r>
            <w:proofErr w:type="spellEnd"/>
            <w:r w:rsidRPr="00391B47">
              <w:t xml:space="preserve"> bu form ve ekindeki belgelerde yer alan tüm bilgilerin doğru, eksiksiz ve güncel olduğunu; durumumda bir değişiklik olması halinde derneğe bildireceğimi beyan ederim. Bilgilerin gerçeğe aykırı olduğunun tespit edilmesi halinde bursumun kesilmesini ve o tarihe kadar ödenen tutarların </w:t>
            </w:r>
            <w:proofErr w:type="spellStart"/>
            <w:r w:rsidRPr="00391B47">
              <w:t>iade</w:t>
            </w:r>
            <w:proofErr w:type="spellEnd"/>
            <w:r w:rsidRPr="00391B47">
              <w:t xml:space="preserve"> </w:t>
            </w:r>
            <w:proofErr w:type="spellStart"/>
            <w:r w:rsidRPr="00391B47">
              <w:t>edilmesini</w:t>
            </w:r>
            <w:proofErr w:type="spellEnd"/>
            <w:r w:rsidRPr="00391B47">
              <w:t xml:space="preserve"> </w:t>
            </w:r>
            <w:proofErr w:type="spellStart"/>
            <w:r w:rsidRPr="00391B47">
              <w:t>kabul</w:t>
            </w:r>
            <w:proofErr w:type="spellEnd"/>
            <w:r w:rsidRPr="00391B47">
              <w:t xml:space="preserve"> </w:t>
            </w:r>
            <w:proofErr w:type="spellStart"/>
            <w:r w:rsidRPr="00391B47">
              <w:t>ediyorum</w:t>
            </w:r>
            <w:proofErr w:type="spellEnd"/>
            <w:r w:rsidRPr="00391B47">
              <w:t>.</w:t>
            </w:r>
          </w:p>
          <w:p w:rsidR="00391B47" w:rsidRPr="00736093" w:rsidRDefault="00391B47" w:rsidP="00736093">
            <w:pPr>
              <w:spacing w:before="360"/>
              <w:jc w:val="center"/>
            </w:pPr>
            <w:proofErr w:type="spellStart"/>
            <w:r w:rsidRPr="00391B47">
              <w:rPr>
                <w:b/>
              </w:rPr>
              <w:t>Tarih</w:t>
            </w:r>
            <w:proofErr w:type="spellEnd"/>
            <w:r w:rsidRPr="00391B47">
              <w:rPr>
                <w:b/>
              </w:rPr>
              <w:t>: ____ / ____ / 2026</w:t>
            </w:r>
            <w:r w:rsidRPr="00391B47">
              <w:rPr>
                <w:b/>
              </w:rPr>
              <w:br/>
            </w:r>
            <w:proofErr w:type="spellStart"/>
            <w:r w:rsidRPr="00391B47">
              <w:rPr>
                <w:b/>
              </w:rPr>
              <w:t>Öğrencinin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Adı</w:t>
            </w:r>
            <w:proofErr w:type="spellEnd"/>
            <w:r w:rsidRPr="00391B47">
              <w:rPr>
                <w:b/>
              </w:rPr>
              <w:t xml:space="preserve"> </w:t>
            </w:r>
            <w:proofErr w:type="spellStart"/>
            <w:r w:rsidRPr="00391B47">
              <w:rPr>
                <w:b/>
              </w:rPr>
              <w:t>Soyadı</w:t>
            </w:r>
            <w:proofErr w:type="spellEnd"/>
            <w:r w:rsidRPr="00391B47">
              <w:rPr>
                <w:b/>
              </w:rPr>
              <w:t>: _____________________</w:t>
            </w:r>
            <w:r w:rsidRPr="00391B47">
              <w:rPr>
                <w:b/>
              </w:rPr>
              <w:br/>
            </w:r>
            <w:proofErr w:type="spellStart"/>
            <w:r w:rsidRPr="00391B47">
              <w:rPr>
                <w:b/>
              </w:rPr>
              <w:t>İmza</w:t>
            </w:r>
            <w:proofErr w:type="spellEnd"/>
            <w:r w:rsidRPr="00391B47">
              <w:rPr>
                <w:b/>
              </w:rPr>
              <w:t>: _____________________</w:t>
            </w:r>
          </w:p>
        </w:tc>
      </w:tr>
    </w:tbl>
    <w:p w:rsidR="00103711" w:rsidRDefault="00103711" w:rsidP="00391B47">
      <w:pPr>
        <w:spacing w:before="360"/>
      </w:pPr>
    </w:p>
    <w:sectPr w:rsidR="00103711" w:rsidSect="0073609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03711"/>
    <w:rsid w:val="0015074B"/>
    <w:rsid w:val="0029639D"/>
    <w:rsid w:val="00326F90"/>
    <w:rsid w:val="00391B47"/>
    <w:rsid w:val="0073609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0EFB70DC-6FDC-4FEB-91F0-AAA4CE51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AF952A-3E9B-4655-B002-39D6DCCD5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2212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2026-09-25T07:53:00Z</dcterms:modified>
  <cp:category/>
</cp:coreProperties>
</file>